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388B5" w14:textId="48192C3E" w:rsidR="00957D36" w:rsidRDefault="00393E03">
      <w:pPr>
        <w:spacing w:after="0"/>
        <w:jc w:val="right"/>
        <w:rPr>
          <w:lang w:eastAsia="ja-JP"/>
        </w:rPr>
      </w:pPr>
      <w:r>
        <w:rPr>
          <w:sz w:val="21"/>
          <w:lang w:eastAsia="ja-JP"/>
        </w:rPr>
        <w:t>（</w:t>
      </w:r>
      <w:r w:rsidR="00572E04">
        <w:rPr>
          <w:rFonts w:ascii="ＭＳ 明朝" w:eastAsia="ＭＳ 明朝" w:hAnsi="ＭＳ 明朝" w:cs="ＭＳ 明朝" w:hint="eastAsia"/>
          <w:sz w:val="21"/>
          <w:lang w:eastAsia="ja-JP"/>
        </w:rPr>
        <w:t>指定</w:t>
      </w:r>
      <w:r>
        <w:rPr>
          <w:sz w:val="21"/>
          <w:lang w:eastAsia="ja-JP"/>
        </w:rPr>
        <w:t>様式）</w:t>
      </w:r>
    </w:p>
    <w:p w14:paraId="2BC06DBC" w14:textId="77777777" w:rsidR="00957D36" w:rsidRDefault="00393E03">
      <w:pPr>
        <w:spacing w:after="160"/>
        <w:jc w:val="center"/>
        <w:rPr>
          <w:lang w:eastAsia="ja-JP"/>
        </w:rPr>
      </w:pPr>
      <w:r>
        <w:rPr>
          <w:b/>
          <w:sz w:val="32"/>
          <w:lang w:eastAsia="ja-JP"/>
        </w:rPr>
        <w:t>川場村地域おこし協力隊　応募申込書兼履歴書</w:t>
      </w:r>
    </w:p>
    <w:p w14:paraId="103E80F1" w14:textId="77777777" w:rsidR="00957D36" w:rsidRDefault="00393E03" w:rsidP="00D56348">
      <w:pPr>
        <w:spacing w:after="80" w:line="240" w:lineRule="auto"/>
        <w:jc w:val="right"/>
      </w:pPr>
      <w:proofErr w:type="spellStart"/>
      <w:r>
        <w:rPr>
          <w:sz w:val="21"/>
        </w:rPr>
        <w:t>令和</w:t>
      </w:r>
      <w:proofErr w:type="spellEnd"/>
      <w:r>
        <w:rPr>
          <w:sz w:val="21"/>
        </w:rPr>
        <w:t xml:space="preserve">　　　年　　　月　　　日</w:t>
      </w:r>
    </w:p>
    <w:p w14:paraId="48E56781" w14:textId="77777777" w:rsidR="00957D36" w:rsidRPr="000B04E5" w:rsidRDefault="00393E03" w:rsidP="00D56348">
      <w:pPr>
        <w:spacing w:after="80" w:line="240" w:lineRule="auto"/>
        <w:rPr>
          <w:rFonts w:eastAsiaTheme="minorEastAsia" w:hint="eastAsia"/>
          <w:lang w:eastAsia="ja-JP"/>
        </w:rPr>
      </w:pPr>
      <w:r>
        <w:rPr>
          <w:sz w:val="21"/>
          <w:lang w:eastAsia="ja-JP"/>
        </w:rPr>
        <w:t>川場村長　様</w:t>
      </w:r>
    </w:p>
    <w:p w14:paraId="22FA25E5" w14:textId="77777777" w:rsidR="00D56348" w:rsidRDefault="00D56348" w:rsidP="00D56348">
      <w:pPr>
        <w:spacing w:after="140" w:line="240" w:lineRule="auto"/>
        <w:rPr>
          <w:rFonts w:eastAsiaTheme="minorEastAsia" w:hint="eastAsia"/>
          <w:lang w:eastAsia="ja-JP"/>
        </w:rPr>
      </w:pPr>
    </w:p>
    <w:p w14:paraId="23C0A46B" w14:textId="15240C57" w:rsidR="00957D36" w:rsidRDefault="00393E03" w:rsidP="00D56348">
      <w:pPr>
        <w:spacing w:after="140" w:line="240" w:lineRule="auto"/>
        <w:rPr>
          <w:lang w:eastAsia="ja-JP"/>
        </w:rPr>
      </w:pPr>
      <w:r>
        <w:rPr>
          <w:lang w:eastAsia="ja-JP"/>
        </w:rPr>
        <w:t>川場村地域おこし協力隊募集要項の内容を確認の上、次のとおり応募します。</w:t>
      </w:r>
    </w:p>
    <w:tbl>
      <w:tblPr>
        <w:tblW w:w="0" w:type="auto"/>
        <w:jc w:val="center"/>
        <w:tblBorders>
          <w:top w:val="single" w:sz="5" w:space="0" w:color="666666"/>
          <w:left w:val="single" w:sz="5" w:space="0" w:color="666666"/>
          <w:bottom w:val="single" w:sz="5" w:space="0" w:color="666666"/>
          <w:right w:val="single" w:sz="5" w:space="0" w:color="666666"/>
          <w:insideH w:val="single" w:sz="5" w:space="0" w:color="666666"/>
          <w:insideV w:val="single" w:sz="5" w:space="0" w:color="666666"/>
        </w:tblBorders>
        <w:tblLayout w:type="fixed"/>
        <w:tblLook w:val="04A0" w:firstRow="1" w:lastRow="0" w:firstColumn="1" w:lastColumn="0" w:noHBand="0" w:noVBand="1"/>
      </w:tblPr>
      <w:tblGrid>
        <w:gridCol w:w="1417"/>
        <w:gridCol w:w="2737"/>
        <w:gridCol w:w="1417"/>
        <w:gridCol w:w="2737"/>
        <w:gridCol w:w="1897"/>
      </w:tblGrid>
      <w:tr w:rsidR="00957D36" w14:paraId="72C1846A" w14:textId="77777777" w:rsidTr="00D56348">
        <w:trPr>
          <w:trHeight w:hRule="exact" w:val="283"/>
          <w:jc w:val="center"/>
        </w:trPr>
        <w:tc>
          <w:tcPr>
            <w:tcW w:w="1417" w:type="dxa"/>
            <w:shd w:val="clear" w:color="auto" w:fill="F2F2F2"/>
            <w:tcMar>
              <w:top w:w="68" w:type="dxa"/>
              <w:left w:w="85" w:type="dxa"/>
              <w:bottom w:w="68" w:type="dxa"/>
              <w:right w:w="85" w:type="dxa"/>
            </w:tcMar>
            <w:vAlign w:val="center"/>
          </w:tcPr>
          <w:p w14:paraId="30706D92" w14:textId="77777777" w:rsidR="00957D36" w:rsidRDefault="00393E03">
            <w:pPr>
              <w:spacing w:after="0" w:line="240" w:lineRule="auto"/>
              <w:jc w:val="center"/>
            </w:pPr>
            <w:proofErr w:type="spellStart"/>
            <w:r w:rsidRPr="00D56348">
              <w:rPr>
                <w:b/>
                <w:sz w:val="16"/>
                <w:szCs w:val="21"/>
              </w:rPr>
              <w:t>ふりがな</w:t>
            </w:r>
            <w:proofErr w:type="spellEnd"/>
          </w:p>
        </w:tc>
        <w:tc>
          <w:tcPr>
            <w:tcW w:w="6891" w:type="dxa"/>
            <w:gridSpan w:val="3"/>
            <w:tcMar>
              <w:top w:w="68" w:type="dxa"/>
              <w:left w:w="85" w:type="dxa"/>
              <w:bottom w:w="68" w:type="dxa"/>
              <w:right w:w="85" w:type="dxa"/>
            </w:tcMar>
            <w:vAlign w:val="center"/>
          </w:tcPr>
          <w:p w14:paraId="1CA2CDB0" w14:textId="6893EA6A" w:rsidR="00957D36" w:rsidRDefault="00957D36">
            <w:pPr>
              <w:spacing w:after="0" w:line="240" w:lineRule="auto"/>
              <w:rPr>
                <w:rFonts w:ascii="ＭＳ 明朝" w:eastAsia="ＭＳ 明朝" w:hAnsi="ＭＳ 明朝" w:cs="ＭＳ 明朝"/>
              </w:rPr>
            </w:pPr>
          </w:p>
          <w:p w14:paraId="64284591" w14:textId="658E3C0E" w:rsidR="00D56348" w:rsidRDefault="00D56348">
            <w:pPr>
              <w:spacing w:after="0" w:line="240" w:lineRule="auto"/>
            </w:pPr>
          </w:p>
        </w:tc>
        <w:tc>
          <w:tcPr>
            <w:tcW w:w="1897" w:type="dxa"/>
            <w:vMerge w:val="restart"/>
            <w:tcMar>
              <w:top w:w="68" w:type="dxa"/>
              <w:left w:w="85" w:type="dxa"/>
              <w:bottom w:w="68" w:type="dxa"/>
              <w:right w:w="85" w:type="dxa"/>
            </w:tcMar>
            <w:vAlign w:val="center"/>
          </w:tcPr>
          <w:p w14:paraId="56840772" w14:textId="77777777" w:rsidR="000B04E5" w:rsidRDefault="00393E03" w:rsidP="000B04E5">
            <w:pPr>
              <w:spacing w:after="0" w:line="240" w:lineRule="auto"/>
              <w:jc w:val="center"/>
              <w:rPr>
                <w:sz w:val="17"/>
                <w:lang w:eastAsia="ja-JP"/>
              </w:rPr>
            </w:pPr>
            <w:r>
              <w:rPr>
                <w:sz w:val="17"/>
                <w:lang w:eastAsia="ja-JP"/>
              </w:rPr>
              <w:t>写真</w:t>
            </w:r>
          </w:p>
          <w:p w14:paraId="4302B578" w14:textId="77777777" w:rsidR="000B04E5" w:rsidRDefault="00393E03" w:rsidP="000B04E5">
            <w:pPr>
              <w:spacing w:after="0" w:line="240" w:lineRule="auto"/>
              <w:jc w:val="center"/>
              <w:rPr>
                <w:rFonts w:eastAsiaTheme="minorEastAsia" w:hint="eastAsia"/>
                <w:sz w:val="17"/>
                <w:lang w:eastAsia="ja-JP"/>
              </w:rPr>
            </w:pPr>
            <w:r>
              <w:rPr>
                <w:sz w:val="17"/>
                <w:lang w:eastAsia="ja-JP"/>
              </w:rPr>
              <w:t>縦4cm×横3cm程度</w:t>
            </w:r>
          </w:p>
          <w:p w14:paraId="5FC71872" w14:textId="0598690C" w:rsidR="000B04E5" w:rsidRDefault="00393E03" w:rsidP="000B04E5">
            <w:pPr>
              <w:spacing w:after="0" w:line="240" w:lineRule="auto"/>
              <w:jc w:val="center"/>
              <w:rPr>
                <w:rFonts w:eastAsiaTheme="minorEastAsia" w:hint="eastAsia"/>
                <w:sz w:val="17"/>
                <w:lang w:eastAsia="ja-JP"/>
              </w:rPr>
            </w:pPr>
            <w:r>
              <w:rPr>
                <w:sz w:val="17"/>
                <w:lang w:eastAsia="ja-JP"/>
              </w:rPr>
              <w:t>6か月以内に</w:t>
            </w:r>
          </w:p>
          <w:p w14:paraId="769130CA" w14:textId="77777777" w:rsidR="000B04E5" w:rsidRDefault="00393E03">
            <w:pPr>
              <w:spacing w:after="0" w:line="240" w:lineRule="auto"/>
              <w:jc w:val="center"/>
              <w:rPr>
                <w:sz w:val="17"/>
                <w:lang w:eastAsia="ja-JP"/>
              </w:rPr>
            </w:pPr>
            <w:r>
              <w:rPr>
                <w:sz w:val="17"/>
                <w:lang w:eastAsia="ja-JP"/>
              </w:rPr>
              <w:t>撮影したもの</w:t>
            </w:r>
          </w:p>
          <w:p w14:paraId="7801A91C" w14:textId="3153CAA0" w:rsidR="00957D36" w:rsidRDefault="00393E03">
            <w:pPr>
              <w:spacing w:after="0" w:line="240" w:lineRule="auto"/>
              <w:jc w:val="center"/>
              <w:rPr>
                <w:lang w:eastAsia="ja-JP"/>
              </w:rPr>
            </w:pPr>
            <w:r>
              <w:rPr>
                <w:sz w:val="17"/>
                <w:lang w:eastAsia="ja-JP"/>
              </w:rPr>
              <w:t>（データ貼付可）</w:t>
            </w:r>
          </w:p>
        </w:tc>
      </w:tr>
      <w:tr w:rsidR="00957D36" w14:paraId="3832B604" w14:textId="77777777" w:rsidTr="000B04E5">
        <w:trPr>
          <w:trHeight w:hRule="exact" w:val="567"/>
          <w:jc w:val="center"/>
        </w:trPr>
        <w:tc>
          <w:tcPr>
            <w:tcW w:w="1417" w:type="dxa"/>
            <w:shd w:val="clear" w:color="auto" w:fill="F2F2F2"/>
            <w:tcMar>
              <w:top w:w="68" w:type="dxa"/>
              <w:left w:w="85" w:type="dxa"/>
              <w:bottom w:w="68" w:type="dxa"/>
              <w:right w:w="85" w:type="dxa"/>
            </w:tcMar>
            <w:vAlign w:val="center"/>
          </w:tcPr>
          <w:p w14:paraId="0501D06C" w14:textId="77777777" w:rsidR="00957D36" w:rsidRDefault="00393E03">
            <w:pPr>
              <w:spacing w:after="0" w:line="240" w:lineRule="auto"/>
              <w:jc w:val="center"/>
            </w:pPr>
            <w:r>
              <w:rPr>
                <w:b/>
                <w:sz w:val="18"/>
              </w:rPr>
              <w:t>氏　名</w:t>
            </w:r>
          </w:p>
        </w:tc>
        <w:tc>
          <w:tcPr>
            <w:tcW w:w="6891" w:type="dxa"/>
            <w:gridSpan w:val="3"/>
            <w:tcMar>
              <w:top w:w="68" w:type="dxa"/>
              <w:left w:w="85" w:type="dxa"/>
              <w:bottom w:w="68" w:type="dxa"/>
              <w:right w:w="85" w:type="dxa"/>
            </w:tcMar>
            <w:vAlign w:val="center"/>
          </w:tcPr>
          <w:p w14:paraId="31A560BB" w14:textId="77777777" w:rsidR="00957D36" w:rsidRDefault="00957D36">
            <w:pPr>
              <w:spacing w:after="0" w:line="240" w:lineRule="auto"/>
            </w:pPr>
          </w:p>
        </w:tc>
        <w:tc>
          <w:tcPr>
            <w:tcW w:w="1897" w:type="dxa"/>
            <w:vMerge/>
          </w:tcPr>
          <w:p w14:paraId="307CA0D4" w14:textId="77777777" w:rsidR="00957D36" w:rsidRDefault="00957D36"/>
        </w:tc>
      </w:tr>
      <w:tr w:rsidR="00957D36" w14:paraId="54100968" w14:textId="77777777" w:rsidTr="004860D2">
        <w:trPr>
          <w:trHeight w:hRule="exact" w:val="567"/>
          <w:jc w:val="center"/>
        </w:trPr>
        <w:tc>
          <w:tcPr>
            <w:tcW w:w="1417" w:type="dxa"/>
            <w:shd w:val="clear" w:color="auto" w:fill="F2F2F2"/>
            <w:tcMar>
              <w:top w:w="68" w:type="dxa"/>
              <w:left w:w="85" w:type="dxa"/>
              <w:bottom w:w="68" w:type="dxa"/>
              <w:right w:w="85" w:type="dxa"/>
            </w:tcMar>
            <w:vAlign w:val="center"/>
          </w:tcPr>
          <w:p w14:paraId="0C7D787F" w14:textId="77777777" w:rsidR="00957D36" w:rsidRDefault="00393E03">
            <w:pPr>
              <w:spacing w:after="0" w:line="240" w:lineRule="auto"/>
              <w:jc w:val="center"/>
            </w:pPr>
            <w:proofErr w:type="spellStart"/>
            <w:r>
              <w:rPr>
                <w:b/>
                <w:sz w:val="18"/>
              </w:rPr>
              <w:t>生年月日</w:t>
            </w:r>
            <w:proofErr w:type="spellEnd"/>
          </w:p>
        </w:tc>
        <w:tc>
          <w:tcPr>
            <w:tcW w:w="2737" w:type="dxa"/>
            <w:tcMar>
              <w:top w:w="68" w:type="dxa"/>
              <w:left w:w="85" w:type="dxa"/>
              <w:bottom w:w="68" w:type="dxa"/>
              <w:right w:w="85" w:type="dxa"/>
            </w:tcMar>
            <w:vAlign w:val="center"/>
          </w:tcPr>
          <w:p w14:paraId="448446BA" w14:textId="3D99F371" w:rsidR="00957D36" w:rsidRDefault="00393E03" w:rsidP="000B04E5">
            <w:pPr>
              <w:wordWrap w:val="0"/>
              <w:spacing w:after="0" w:line="240" w:lineRule="auto"/>
              <w:jc w:val="right"/>
            </w:pPr>
            <w:r>
              <w:rPr>
                <w:sz w:val="19"/>
              </w:rPr>
              <w:t>年</w:t>
            </w:r>
            <w:r w:rsidR="000B04E5">
              <w:rPr>
                <w:rFonts w:ascii="ＭＳ 明朝" w:eastAsia="ＭＳ 明朝" w:hAnsi="ＭＳ 明朝" w:cs="ＭＳ 明朝" w:hint="eastAsia"/>
                <w:sz w:val="19"/>
                <w:lang w:eastAsia="ja-JP"/>
              </w:rPr>
              <w:t xml:space="preserve">　　　</w:t>
            </w:r>
            <w:r>
              <w:rPr>
                <w:sz w:val="19"/>
              </w:rPr>
              <w:t>月</w:t>
            </w:r>
            <w:r w:rsidR="000B04E5">
              <w:rPr>
                <w:rFonts w:ascii="ＭＳ 明朝" w:eastAsia="ＭＳ 明朝" w:hAnsi="ＭＳ 明朝" w:cs="ＭＳ 明朝" w:hint="eastAsia"/>
                <w:sz w:val="19"/>
                <w:lang w:eastAsia="ja-JP"/>
              </w:rPr>
              <w:t xml:space="preserve">　　　</w:t>
            </w:r>
            <w:r>
              <w:rPr>
                <w:sz w:val="19"/>
              </w:rPr>
              <w:t>日</w:t>
            </w:r>
          </w:p>
        </w:tc>
        <w:tc>
          <w:tcPr>
            <w:tcW w:w="1417" w:type="dxa"/>
            <w:shd w:val="clear" w:color="auto" w:fill="F2F2F2"/>
            <w:tcMar>
              <w:top w:w="68" w:type="dxa"/>
              <w:left w:w="85" w:type="dxa"/>
              <w:bottom w:w="68" w:type="dxa"/>
              <w:right w:w="85" w:type="dxa"/>
            </w:tcMar>
            <w:vAlign w:val="center"/>
          </w:tcPr>
          <w:p w14:paraId="219A15F4" w14:textId="77777777" w:rsidR="00957D36" w:rsidRDefault="00393E03">
            <w:pPr>
              <w:spacing w:after="0" w:line="240" w:lineRule="auto"/>
              <w:jc w:val="center"/>
            </w:pPr>
            <w:proofErr w:type="spellStart"/>
            <w:r>
              <w:rPr>
                <w:b/>
                <w:sz w:val="17"/>
              </w:rPr>
              <w:t>性別（任意</w:t>
            </w:r>
            <w:proofErr w:type="spellEnd"/>
            <w:r>
              <w:rPr>
                <w:b/>
                <w:sz w:val="17"/>
              </w:rPr>
              <w:t>）</w:t>
            </w:r>
          </w:p>
        </w:tc>
        <w:tc>
          <w:tcPr>
            <w:tcW w:w="2737" w:type="dxa"/>
            <w:tcMar>
              <w:top w:w="68" w:type="dxa"/>
              <w:left w:w="85" w:type="dxa"/>
              <w:bottom w:w="68" w:type="dxa"/>
              <w:right w:w="85" w:type="dxa"/>
            </w:tcMar>
            <w:vAlign w:val="center"/>
          </w:tcPr>
          <w:p w14:paraId="2F48F6F3" w14:textId="77777777" w:rsidR="00957D36" w:rsidRDefault="00957D36">
            <w:pPr>
              <w:spacing w:after="0" w:line="240" w:lineRule="auto"/>
            </w:pPr>
          </w:p>
        </w:tc>
        <w:tc>
          <w:tcPr>
            <w:tcW w:w="1897" w:type="dxa"/>
            <w:vMerge/>
          </w:tcPr>
          <w:p w14:paraId="1D36A2CB" w14:textId="77777777" w:rsidR="00957D36" w:rsidRDefault="00957D36"/>
        </w:tc>
      </w:tr>
      <w:tr w:rsidR="00957D36" w14:paraId="1BFFD02D" w14:textId="77777777" w:rsidTr="004860D2">
        <w:trPr>
          <w:trHeight w:hRule="exact" w:val="567"/>
          <w:jc w:val="center"/>
        </w:trPr>
        <w:tc>
          <w:tcPr>
            <w:tcW w:w="1417" w:type="dxa"/>
            <w:shd w:val="clear" w:color="auto" w:fill="F2F2F2"/>
            <w:tcMar>
              <w:top w:w="68" w:type="dxa"/>
              <w:left w:w="85" w:type="dxa"/>
              <w:bottom w:w="68" w:type="dxa"/>
              <w:right w:w="85" w:type="dxa"/>
            </w:tcMar>
            <w:vAlign w:val="center"/>
          </w:tcPr>
          <w:p w14:paraId="0645B573" w14:textId="77777777" w:rsidR="00957D36" w:rsidRDefault="00393E03">
            <w:pPr>
              <w:spacing w:after="0" w:line="240" w:lineRule="auto"/>
              <w:jc w:val="center"/>
            </w:pPr>
            <w:proofErr w:type="spellStart"/>
            <w:r>
              <w:rPr>
                <w:b/>
                <w:sz w:val="18"/>
              </w:rPr>
              <w:t>電話番号</w:t>
            </w:r>
            <w:proofErr w:type="spellEnd"/>
          </w:p>
        </w:tc>
        <w:tc>
          <w:tcPr>
            <w:tcW w:w="2737" w:type="dxa"/>
            <w:tcMar>
              <w:top w:w="68" w:type="dxa"/>
              <w:left w:w="85" w:type="dxa"/>
              <w:bottom w:w="68" w:type="dxa"/>
              <w:right w:w="85" w:type="dxa"/>
            </w:tcMar>
            <w:vAlign w:val="center"/>
          </w:tcPr>
          <w:p w14:paraId="3B4EA803" w14:textId="77777777" w:rsidR="00957D36" w:rsidRDefault="00957D36">
            <w:pPr>
              <w:spacing w:after="0" w:line="240" w:lineRule="auto"/>
            </w:pPr>
          </w:p>
        </w:tc>
        <w:tc>
          <w:tcPr>
            <w:tcW w:w="1417" w:type="dxa"/>
            <w:shd w:val="clear" w:color="auto" w:fill="F2F2F2"/>
            <w:tcMar>
              <w:top w:w="68" w:type="dxa"/>
              <w:left w:w="85" w:type="dxa"/>
              <w:bottom w:w="68" w:type="dxa"/>
              <w:right w:w="85" w:type="dxa"/>
            </w:tcMar>
            <w:vAlign w:val="center"/>
          </w:tcPr>
          <w:p w14:paraId="53904D83" w14:textId="77777777" w:rsidR="00957D36" w:rsidRDefault="00393E03">
            <w:pPr>
              <w:spacing w:after="0" w:line="240" w:lineRule="auto"/>
              <w:jc w:val="center"/>
            </w:pPr>
            <w:proofErr w:type="spellStart"/>
            <w:r>
              <w:rPr>
                <w:b/>
                <w:sz w:val="18"/>
              </w:rPr>
              <w:t>携帯番号</w:t>
            </w:r>
            <w:proofErr w:type="spellEnd"/>
          </w:p>
        </w:tc>
        <w:tc>
          <w:tcPr>
            <w:tcW w:w="2737" w:type="dxa"/>
            <w:tcMar>
              <w:top w:w="68" w:type="dxa"/>
              <w:left w:w="85" w:type="dxa"/>
              <w:bottom w:w="68" w:type="dxa"/>
              <w:right w:w="85" w:type="dxa"/>
            </w:tcMar>
            <w:vAlign w:val="center"/>
          </w:tcPr>
          <w:p w14:paraId="61FA6CEF" w14:textId="77777777" w:rsidR="00957D36" w:rsidRDefault="00957D36">
            <w:pPr>
              <w:spacing w:after="0" w:line="240" w:lineRule="auto"/>
            </w:pPr>
          </w:p>
        </w:tc>
        <w:tc>
          <w:tcPr>
            <w:tcW w:w="1897" w:type="dxa"/>
            <w:vMerge/>
          </w:tcPr>
          <w:p w14:paraId="5F31FE90" w14:textId="77777777" w:rsidR="00957D36" w:rsidRDefault="00957D36"/>
        </w:tc>
      </w:tr>
      <w:tr w:rsidR="00957D36" w14:paraId="488C6432" w14:textId="77777777">
        <w:trPr>
          <w:trHeight w:hRule="exact" w:val="567"/>
          <w:jc w:val="center"/>
        </w:trPr>
        <w:tc>
          <w:tcPr>
            <w:tcW w:w="1417" w:type="dxa"/>
            <w:shd w:val="clear" w:color="auto" w:fill="F2F2F2"/>
            <w:tcMar>
              <w:top w:w="68" w:type="dxa"/>
              <w:left w:w="85" w:type="dxa"/>
              <w:bottom w:w="68" w:type="dxa"/>
              <w:right w:w="85" w:type="dxa"/>
            </w:tcMar>
            <w:vAlign w:val="center"/>
          </w:tcPr>
          <w:p w14:paraId="3FE21D79" w14:textId="77777777" w:rsidR="00957D36" w:rsidRDefault="00393E03">
            <w:pPr>
              <w:spacing w:after="0" w:line="240" w:lineRule="auto"/>
              <w:jc w:val="center"/>
            </w:pPr>
            <w:r>
              <w:rPr>
                <w:b/>
                <w:sz w:val="18"/>
              </w:rPr>
              <w:t>E-mail</w:t>
            </w:r>
          </w:p>
        </w:tc>
        <w:tc>
          <w:tcPr>
            <w:tcW w:w="8788" w:type="dxa"/>
            <w:gridSpan w:val="4"/>
            <w:tcMar>
              <w:top w:w="68" w:type="dxa"/>
              <w:left w:w="85" w:type="dxa"/>
              <w:bottom w:w="68" w:type="dxa"/>
              <w:right w:w="85" w:type="dxa"/>
            </w:tcMar>
            <w:vAlign w:val="center"/>
          </w:tcPr>
          <w:p w14:paraId="60917D9A" w14:textId="77777777" w:rsidR="00957D36" w:rsidRDefault="00957D36">
            <w:pPr>
              <w:spacing w:after="0" w:line="240" w:lineRule="auto"/>
            </w:pPr>
          </w:p>
        </w:tc>
      </w:tr>
      <w:tr w:rsidR="00957D36" w14:paraId="26BF09D3" w14:textId="77777777" w:rsidTr="000B04E5">
        <w:trPr>
          <w:trHeight w:hRule="exact" w:val="567"/>
          <w:jc w:val="center"/>
        </w:trPr>
        <w:tc>
          <w:tcPr>
            <w:tcW w:w="1417" w:type="dxa"/>
            <w:shd w:val="clear" w:color="auto" w:fill="F2F2F2"/>
            <w:tcMar>
              <w:top w:w="68" w:type="dxa"/>
              <w:left w:w="85" w:type="dxa"/>
              <w:bottom w:w="68" w:type="dxa"/>
              <w:right w:w="85" w:type="dxa"/>
            </w:tcMar>
            <w:vAlign w:val="center"/>
          </w:tcPr>
          <w:p w14:paraId="4CECB78B" w14:textId="77777777" w:rsidR="00957D36" w:rsidRDefault="00393E03">
            <w:pPr>
              <w:spacing w:after="0" w:line="240" w:lineRule="auto"/>
              <w:jc w:val="center"/>
            </w:pPr>
            <w:r>
              <w:rPr>
                <w:b/>
                <w:sz w:val="18"/>
              </w:rPr>
              <w:t>現住所</w:t>
            </w:r>
          </w:p>
        </w:tc>
        <w:tc>
          <w:tcPr>
            <w:tcW w:w="8788" w:type="dxa"/>
            <w:gridSpan w:val="4"/>
            <w:tcMar>
              <w:top w:w="68" w:type="dxa"/>
              <w:left w:w="85" w:type="dxa"/>
              <w:bottom w:w="68" w:type="dxa"/>
              <w:right w:w="85" w:type="dxa"/>
            </w:tcMar>
            <w:vAlign w:val="center"/>
          </w:tcPr>
          <w:p w14:paraId="0840C9E9" w14:textId="77777777" w:rsidR="00957D36" w:rsidRDefault="00393E03">
            <w:pPr>
              <w:spacing w:after="0" w:line="240" w:lineRule="auto"/>
              <w:rPr>
                <w:sz w:val="19"/>
              </w:rPr>
            </w:pPr>
            <w:r>
              <w:rPr>
                <w:sz w:val="19"/>
              </w:rPr>
              <w:t>〒</w:t>
            </w:r>
          </w:p>
          <w:p w14:paraId="304A201F" w14:textId="388EB70D" w:rsidR="000B04E5" w:rsidRDefault="000B04E5">
            <w:pPr>
              <w:spacing w:after="0" w:line="240" w:lineRule="auto"/>
            </w:pPr>
          </w:p>
        </w:tc>
      </w:tr>
      <w:tr w:rsidR="00957D36" w14:paraId="19FA2D86" w14:textId="77777777" w:rsidTr="000B04E5">
        <w:trPr>
          <w:trHeight w:hRule="exact" w:val="567"/>
          <w:jc w:val="center"/>
        </w:trPr>
        <w:tc>
          <w:tcPr>
            <w:tcW w:w="1417" w:type="dxa"/>
            <w:shd w:val="clear" w:color="auto" w:fill="F2F2F2"/>
            <w:tcMar>
              <w:top w:w="68" w:type="dxa"/>
              <w:left w:w="85" w:type="dxa"/>
              <w:bottom w:w="68" w:type="dxa"/>
              <w:right w:w="85" w:type="dxa"/>
            </w:tcMar>
            <w:vAlign w:val="center"/>
          </w:tcPr>
          <w:p w14:paraId="10B8FDF8" w14:textId="77777777" w:rsidR="000B04E5" w:rsidRDefault="00393E03">
            <w:pPr>
              <w:spacing w:after="0" w:line="240" w:lineRule="auto"/>
              <w:jc w:val="center"/>
              <w:rPr>
                <w:b/>
                <w:sz w:val="16"/>
              </w:rPr>
            </w:pPr>
            <w:proofErr w:type="spellStart"/>
            <w:r>
              <w:rPr>
                <w:b/>
                <w:sz w:val="16"/>
              </w:rPr>
              <w:t>転居予定者等</w:t>
            </w:r>
            <w:proofErr w:type="spellEnd"/>
          </w:p>
          <w:p w14:paraId="09E89ED9" w14:textId="23F3DC3A" w:rsidR="00957D36" w:rsidRDefault="00393E03">
            <w:pPr>
              <w:spacing w:after="0" w:line="240" w:lineRule="auto"/>
              <w:jc w:val="center"/>
            </w:pPr>
            <w:r>
              <w:rPr>
                <w:b/>
                <w:sz w:val="16"/>
              </w:rPr>
              <w:t>（</w:t>
            </w:r>
            <w:proofErr w:type="spellStart"/>
            <w:r>
              <w:rPr>
                <w:b/>
                <w:sz w:val="16"/>
              </w:rPr>
              <w:t>任意</w:t>
            </w:r>
            <w:proofErr w:type="spellEnd"/>
            <w:r>
              <w:rPr>
                <w:b/>
                <w:sz w:val="16"/>
              </w:rPr>
              <w:t>）</w:t>
            </w:r>
          </w:p>
        </w:tc>
        <w:tc>
          <w:tcPr>
            <w:tcW w:w="8788" w:type="dxa"/>
            <w:gridSpan w:val="4"/>
            <w:tcMar>
              <w:top w:w="68" w:type="dxa"/>
              <w:left w:w="85" w:type="dxa"/>
              <w:bottom w:w="68" w:type="dxa"/>
              <w:right w:w="85" w:type="dxa"/>
            </w:tcMar>
            <w:vAlign w:val="center"/>
          </w:tcPr>
          <w:p w14:paraId="3C22B157" w14:textId="77777777" w:rsidR="00957D36" w:rsidRDefault="00393E03">
            <w:pPr>
              <w:spacing w:after="0" w:line="240" w:lineRule="auto"/>
              <w:rPr>
                <w:lang w:eastAsia="ja-JP"/>
              </w:rPr>
            </w:pPr>
            <w:r>
              <w:rPr>
                <w:sz w:val="17"/>
                <w:lang w:eastAsia="ja-JP"/>
              </w:rPr>
              <w:t>川場村への転居に伴い同居を予定している方等がいれば記入してください。</w:t>
            </w:r>
          </w:p>
        </w:tc>
      </w:tr>
      <w:tr w:rsidR="00957D36" w14:paraId="133F05EC" w14:textId="77777777" w:rsidTr="000B04E5">
        <w:trPr>
          <w:trHeight w:hRule="exact" w:val="567"/>
          <w:jc w:val="center"/>
        </w:trPr>
        <w:tc>
          <w:tcPr>
            <w:tcW w:w="1417" w:type="dxa"/>
            <w:shd w:val="clear" w:color="auto" w:fill="F2F2F2"/>
            <w:tcMar>
              <w:top w:w="68" w:type="dxa"/>
              <w:left w:w="85" w:type="dxa"/>
              <w:bottom w:w="68" w:type="dxa"/>
              <w:right w:w="85" w:type="dxa"/>
            </w:tcMar>
            <w:vAlign w:val="center"/>
          </w:tcPr>
          <w:p w14:paraId="2DB13C22" w14:textId="77777777" w:rsidR="00957D36" w:rsidRDefault="00393E03">
            <w:pPr>
              <w:spacing w:after="0" w:line="240" w:lineRule="auto"/>
              <w:jc w:val="center"/>
            </w:pPr>
            <w:proofErr w:type="spellStart"/>
            <w:r>
              <w:rPr>
                <w:b/>
                <w:sz w:val="18"/>
              </w:rPr>
              <w:t>趣味・特技</w:t>
            </w:r>
            <w:proofErr w:type="spellEnd"/>
          </w:p>
        </w:tc>
        <w:tc>
          <w:tcPr>
            <w:tcW w:w="8788" w:type="dxa"/>
            <w:gridSpan w:val="4"/>
            <w:tcMar>
              <w:top w:w="68" w:type="dxa"/>
              <w:left w:w="85" w:type="dxa"/>
              <w:bottom w:w="68" w:type="dxa"/>
              <w:right w:w="85" w:type="dxa"/>
            </w:tcMar>
            <w:vAlign w:val="center"/>
          </w:tcPr>
          <w:p w14:paraId="035C9EA6" w14:textId="77777777" w:rsidR="00957D36" w:rsidRDefault="00393E03">
            <w:pPr>
              <w:spacing w:after="0" w:line="240" w:lineRule="auto"/>
              <w:rPr>
                <w:lang w:eastAsia="ja-JP"/>
              </w:rPr>
            </w:pPr>
            <w:r>
              <w:rPr>
                <w:sz w:val="17"/>
                <w:lang w:eastAsia="ja-JP"/>
              </w:rPr>
              <w:t>（好きなこと・得意なことなど）</w:t>
            </w:r>
          </w:p>
        </w:tc>
      </w:tr>
      <w:tr w:rsidR="00957D36" w14:paraId="3FAF1D6E" w14:textId="77777777" w:rsidTr="000B04E5">
        <w:trPr>
          <w:trHeight w:hRule="exact" w:val="567"/>
          <w:jc w:val="center"/>
        </w:trPr>
        <w:tc>
          <w:tcPr>
            <w:tcW w:w="1417" w:type="dxa"/>
            <w:shd w:val="clear" w:color="auto" w:fill="F2F2F2"/>
            <w:tcMar>
              <w:top w:w="68" w:type="dxa"/>
              <w:left w:w="85" w:type="dxa"/>
              <w:bottom w:w="68" w:type="dxa"/>
              <w:right w:w="85" w:type="dxa"/>
            </w:tcMar>
            <w:vAlign w:val="center"/>
          </w:tcPr>
          <w:p w14:paraId="73D2EA60" w14:textId="77777777" w:rsidR="00957D36" w:rsidRDefault="00393E03">
            <w:pPr>
              <w:spacing w:after="0" w:line="240" w:lineRule="auto"/>
              <w:jc w:val="center"/>
            </w:pPr>
            <w:proofErr w:type="spellStart"/>
            <w:r>
              <w:rPr>
                <w:b/>
                <w:sz w:val="18"/>
              </w:rPr>
              <w:t>希望職種</w:t>
            </w:r>
            <w:proofErr w:type="spellEnd"/>
          </w:p>
        </w:tc>
        <w:tc>
          <w:tcPr>
            <w:tcW w:w="8788" w:type="dxa"/>
            <w:gridSpan w:val="4"/>
            <w:tcMar>
              <w:top w:w="68" w:type="dxa"/>
              <w:left w:w="85" w:type="dxa"/>
              <w:bottom w:w="68" w:type="dxa"/>
              <w:right w:w="85" w:type="dxa"/>
            </w:tcMar>
            <w:vAlign w:val="center"/>
          </w:tcPr>
          <w:p w14:paraId="7D765530" w14:textId="722DE714" w:rsidR="00957D36" w:rsidRPr="001E371F" w:rsidRDefault="00393E03">
            <w:pPr>
              <w:spacing w:after="0" w:line="240" w:lineRule="auto"/>
              <w:rPr>
                <w:lang w:eastAsia="ja-JP"/>
              </w:rPr>
            </w:pPr>
            <w:r>
              <w:rPr>
                <w:sz w:val="18"/>
                <w:lang w:eastAsia="ja-JP"/>
              </w:rPr>
              <w:t>□</w:t>
            </w:r>
            <w:r w:rsidR="001E371F" w:rsidRPr="001E371F">
              <w:rPr>
                <w:rFonts w:ascii="ＭＳ 明朝" w:eastAsia="ＭＳ 明朝" w:hAnsi="ＭＳ 明朝" w:cs="ＭＳ 明朝" w:hint="eastAsia"/>
                <w:sz w:val="18"/>
                <w:lang w:eastAsia="ja-JP"/>
              </w:rPr>
              <w:t>森林のいちご・新たな農業チャレンジプレイヤー</w:t>
            </w:r>
            <w:r>
              <w:rPr>
                <w:sz w:val="18"/>
                <w:lang w:eastAsia="ja-JP"/>
              </w:rPr>
              <w:t xml:space="preserve">　　□</w:t>
            </w:r>
            <w:r w:rsidR="001E371F" w:rsidRPr="001E371F">
              <w:rPr>
                <w:rFonts w:ascii="ＭＳ 明朝" w:eastAsia="ＭＳ 明朝" w:hAnsi="ＭＳ 明朝" w:cs="ＭＳ 明朝" w:hint="eastAsia"/>
                <w:sz w:val="18"/>
                <w:lang w:eastAsia="ja-JP"/>
              </w:rPr>
              <w:t>フィールドハンター・獣害対策コーディネーター</w:t>
            </w:r>
          </w:p>
        </w:tc>
      </w:tr>
      <w:tr w:rsidR="00957D36" w14:paraId="31883FE5" w14:textId="77777777">
        <w:trPr>
          <w:trHeight w:hRule="exact" w:val="567"/>
          <w:jc w:val="center"/>
        </w:trPr>
        <w:tc>
          <w:tcPr>
            <w:tcW w:w="1417" w:type="dxa"/>
            <w:shd w:val="clear" w:color="auto" w:fill="F2F2F2"/>
            <w:tcMar>
              <w:top w:w="68" w:type="dxa"/>
              <w:left w:w="85" w:type="dxa"/>
              <w:bottom w:w="68" w:type="dxa"/>
              <w:right w:w="85" w:type="dxa"/>
            </w:tcMar>
            <w:vAlign w:val="center"/>
          </w:tcPr>
          <w:p w14:paraId="3C08DCB4" w14:textId="77777777" w:rsidR="00957D36" w:rsidRDefault="00393E03">
            <w:pPr>
              <w:spacing w:after="0" w:line="240" w:lineRule="auto"/>
              <w:jc w:val="center"/>
            </w:pPr>
            <w:proofErr w:type="spellStart"/>
            <w:r>
              <w:rPr>
                <w:b/>
                <w:sz w:val="18"/>
              </w:rPr>
              <w:t>現在の職業</w:t>
            </w:r>
            <w:proofErr w:type="spellEnd"/>
          </w:p>
        </w:tc>
        <w:tc>
          <w:tcPr>
            <w:tcW w:w="8788" w:type="dxa"/>
            <w:gridSpan w:val="4"/>
            <w:tcMar>
              <w:top w:w="68" w:type="dxa"/>
              <w:left w:w="85" w:type="dxa"/>
              <w:bottom w:w="68" w:type="dxa"/>
              <w:right w:w="85" w:type="dxa"/>
            </w:tcMar>
            <w:vAlign w:val="center"/>
          </w:tcPr>
          <w:p w14:paraId="3B07B3C4" w14:textId="77777777" w:rsidR="00957D36" w:rsidRDefault="00957D36">
            <w:pPr>
              <w:spacing w:after="0" w:line="240" w:lineRule="auto"/>
            </w:pPr>
          </w:p>
        </w:tc>
      </w:tr>
    </w:tbl>
    <w:p w14:paraId="5307F7ED" w14:textId="77777777" w:rsidR="00957D36" w:rsidRPr="00D56348" w:rsidRDefault="00957D36">
      <w:pPr>
        <w:spacing w:after="60" w:line="240" w:lineRule="auto"/>
      </w:pPr>
    </w:p>
    <w:tbl>
      <w:tblPr>
        <w:tblW w:w="0" w:type="auto"/>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1984"/>
        <w:gridCol w:w="8221"/>
      </w:tblGrid>
      <w:tr w:rsidR="00957D36" w14:paraId="63F35617" w14:textId="77777777" w:rsidTr="000B04E5">
        <w:trPr>
          <w:trHeight w:hRule="exact" w:val="340"/>
          <w:jc w:val="center"/>
        </w:trPr>
        <w:tc>
          <w:tcPr>
            <w:tcW w:w="1984" w:type="dxa"/>
            <w:shd w:val="clear" w:color="auto" w:fill="F2F2F2"/>
            <w:tcMar>
              <w:top w:w="68" w:type="dxa"/>
              <w:left w:w="85" w:type="dxa"/>
              <w:bottom w:w="68" w:type="dxa"/>
              <w:right w:w="85" w:type="dxa"/>
            </w:tcMar>
            <w:vAlign w:val="center"/>
          </w:tcPr>
          <w:p w14:paraId="73BF20BA" w14:textId="77777777" w:rsidR="00957D36" w:rsidRDefault="00393E03">
            <w:pPr>
              <w:spacing w:after="0" w:line="240" w:lineRule="auto"/>
              <w:jc w:val="center"/>
            </w:pPr>
            <w:r>
              <w:rPr>
                <w:b/>
                <w:sz w:val="18"/>
              </w:rPr>
              <w:t>年　月</w:t>
            </w:r>
          </w:p>
        </w:tc>
        <w:tc>
          <w:tcPr>
            <w:tcW w:w="8221" w:type="dxa"/>
            <w:shd w:val="clear" w:color="auto" w:fill="F2F2F2"/>
            <w:tcMar>
              <w:top w:w="68" w:type="dxa"/>
              <w:left w:w="85" w:type="dxa"/>
              <w:bottom w:w="68" w:type="dxa"/>
              <w:right w:w="85" w:type="dxa"/>
            </w:tcMar>
            <w:vAlign w:val="center"/>
          </w:tcPr>
          <w:p w14:paraId="0657736A" w14:textId="77777777" w:rsidR="00957D36" w:rsidRDefault="00393E03">
            <w:pPr>
              <w:spacing w:after="0" w:line="240" w:lineRule="auto"/>
              <w:jc w:val="center"/>
            </w:pPr>
            <w:r>
              <w:rPr>
                <w:b/>
                <w:sz w:val="19"/>
              </w:rPr>
              <w:t>資格・免許</w:t>
            </w:r>
          </w:p>
        </w:tc>
      </w:tr>
      <w:tr w:rsidR="00957D36" w14:paraId="2EDA19DE" w14:textId="77777777" w:rsidTr="000B04E5">
        <w:trPr>
          <w:trHeight w:hRule="exact" w:val="340"/>
          <w:jc w:val="center"/>
        </w:trPr>
        <w:tc>
          <w:tcPr>
            <w:tcW w:w="1984" w:type="dxa"/>
            <w:tcMar>
              <w:top w:w="68" w:type="dxa"/>
              <w:left w:w="85" w:type="dxa"/>
              <w:bottom w:w="68" w:type="dxa"/>
              <w:right w:w="85" w:type="dxa"/>
            </w:tcMar>
            <w:vAlign w:val="center"/>
          </w:tcPr>
          <w:p w14:paraId="093A8D1F" w14:textId="77777777" w:rsidR="00957D36" w:rsidRDefault="00957D36">
            <w:pPr>
              <w:spacing w:after="0" w:line="240" w:lineRule="auto"/>
            </w:pPr>
          </w:p>
        </w:tc>
        <w:tc>
          <w:tcPr>
            <w:tcW w:w="8221" w:type="dxa"/>
            <w:tcMar>
              <w:top w:w="68" w:type="dxa"/>
              <w:left w:w="85" w:type="dxa"/>
              <w:bottom w:w="68" w:type="dxa"/>
              <w:right w:w="85" w:type="dxa"/>
            </w:tcMar>
            <w:vAlign w:val="center"/>
          </w:tcPr>
          <w:p w14:paraId="26448CCB" w14:textId="77777777" w:rsidR="00957D36" w:rsidRDefault="00957D36">
            <w:pPr>
              <w:spacing w:after="0" w:line="240" w:lineRule="auto"/>
            </w:pPr>
          </w:p>
        </w:tc>
      </w:tr>
      <w:tr w:rsidR="00957D36" w14:paraId="0D9ACEA6" w14:textId="77777777" w:rsidTr="000B04E5">
        <w:trPr>
          <w:trHeight w:hRule="exact" w:val="340"/>
          <w:jc w:val="center"/>
        </w:trPr>
        <w:tc>
          <w:tcPr>
            <w:tcW w:w="1984" w:type="dxa"/>
            <w:tcMar>
              <w:top w:w="68" w:type="dxa"/>
              <w:left w:w="85" w:type="dxa"/>
              <w:bottom w:w="68" w:type="dxa"/>
              <w:right w:w="85" w:type="dxa"/>
            </w:tcMar>
            <w:vAlign w:val="center"/>
          </w:tcPr>
          <w:p w14:paraId="001F367D" w14:textId="77777777" w:rsidR="00957D36" w:rsidRDefault="00957D36">
            <w:pPr>
              <w:spacing w:after="0" w:line="240" w:lineRule="auto"/>
            </w:pPr>
          </w:p>
        </w:tc>
        <w:tc>
          <w:tcPr>
            <w:tcW w:w="8221" w:type="dxa"/>
            <w:tcMar>
              <w:top w:w="68" w:type="dxa"/>
              <w:left w:w="85" w:type="dxa"/>
              <w:bottom w:w="68" w:type="dxa"/>
              <w:right w:w="85" w:type="dxa"/>
            </w:tcMar>
            <w:vAlign w:val="center"/>
          </w:tcPr>
          <w:p w14:paraId="487A0EE9" w14:textId="77777777" w:rsidR="00957D36" w:rsidRDefault="00957D36">
            <w:pPr>
              <w:spacing w:after="0" w:line="240" w:lineRule="auto"/>
            </w:pPr>
          </w:p>
        </w:tc>
      </w:tr>
      <w:tr w:rsidR="000B04E5" w14:paraId="2846D02B" w14:textId="77777777" w:rsidTr="000B04E5">
        <w:trPr>
          <w:trHeight w:hRule="exact" w:val="340"/>
          <w:jc w:val="center"/>
        </w:trPr>
        <w:tc>
          <w:tcPr>
            <w:tcW w:w="1984" w:type="dxa"/>
            <w:tcMar>
              <w:top w:w="68" w:type="dxa"/>
              <w:left w:w="85" w:type="dxa"/>
              <w:bottom w:w="68" w:type="dxa"/>
              <w:right w:w="85" w:type="dxa"/>
            </w:tcMar>
            <w:vAlign w:val="center"/>
          </w:tcPr>
          <w:p w14:paraId="69C5B043" w14:textId="77777777" w:rsidR="000B04E5" w:rsidRDefault="000B04E5">
            <w:pPr>
              <w:spacing w:after="0" w:line="240" w:lineRule="auto"/>
            </w:pPr>
          </w:p>
        </w:tc>
        <w:tc>
          <w:tcPr>
            <w:tcW w:w="8221" w:type="dxa"/>
            <w:tcMar>
              <w:top w:w="68" w:type="dxa"/>
              <w:left w:w="85" w:type="dxa"/>
              <w:bottom w:w="68" w:type="dxa"/>
              <w:right w:w="85" w:type="dxa"/>
            </w:tcMar>
            <w:vAlign w:val="center"/>
          </w:tcPr>
          <w:p w14:paraId="6007DA19" w14:textId="77777777" w:rsidR="000B04E5" w:rsidRDefault="000B04E5">
            <w:pPr>
              <w:spacing w:after="0" w:line="240" w:lineRule="auto"/>
            </w:pPr>
          </w:p>
        </w:tc>
      </w:tr>
      <w:tr w:rsidR="000B04E5" w14:paraId="36253CE1" w14:textId="77777777" w:rsidTr="000B04E5">
        <w:trPr>
          <w:trHeight w:hRule="exact" w:val="340"/>
          <w:jc w:val="center"/>
        </w:trPr>
        <w:tc>
          <w:tcPr>
            <w:tcW w:w="1984" w:type="dxa"/>
            <w:tcMar>
              <w:top w:w="68" w:type="dxa"/>
              <w:left w:w="85" w:type="dxa"/>
              <w:bottom w:w="68" w:type="dxa"/>
              <w:right w:w="85" w:type="dxa"/>
            </w:tcMar>
            <w:vAlign w:val="center"/>
          </w:tcPr>
          <w:p w14:paraId="46537416" w14:textId="77777777" w:rsidR="000B04E5" w:rsidRDefault="000B04E5">
            <w:pPr>
              <w:spacing w:after="0" w:line="240" w:lineRule="auto"/>
            </w:pPr>
          </w:p>
        </w:tc>
        <w:tc>
          <w:tcPr>
            <w:tcW w:w="8221" w:type="dxa"/>
            <w:tcMar>
              <w:top w:w="68" w:type="dxa"/>
              <w:left w:w="85" w:type="dxa"/>
              <w:bottom w:w="68" w:type="dxa"/>
              <w:right w:w="85" w:type="dxa"/>
            </w:tcMar>
            <w:vAlign w:val="center"/>
          </w:tcPr>
          <w:p w14:paraId="0A994CD5" w14:textId="77777777" w:rsidR="000B04E5" w:rsidRDefault="000B04E5">
            <w:pPr>
              <w:spacing w:after="0" w:line="240" w:lineRule="auto"/>
            </w:pPr>
          </w:p>
        </w:tc>
      </w:tr>
      <w:tr w:rsidR="000B04E5" w14:paraId="216B74F0" w14:textId="77777777" w:rsidTr="000B04E5">
        <w:trPr>
          <w:trHeight w:hRule="exact" w:val="340"/>
          <w:jc w:val="center"/>
        </w:trPr>
        <w:tc>
          <w:tcPr>
            <w:tcW w:w="1984" w:type="dxa"/>
            <w:tcMar>
              <w:top w:w="68" w:type="dxa"/>
              <w:left w:w="85" w:type="dxa"/>
              <w:bottom w:w="68" w:type="dxa"/>
              <w:right w:w="85" w:type="dxa"/>
            </w:tcMar>
            <w:vAlign w:val="center"/>
          </w:tcPr>
          <w:p w14:paraId="6B0EC5C1" w14:textId="77777777" w:rsidR="000B04E5" w:rsidRDefault="000B04E5">
            <w:pPr>
              <w:spacing w:after="0" w:line="240" w:lineRule="auto"/>
            </w:pPr>
          </w:p>
        </w:tc>
        <w:tc>
          <w:tcPr>
            <w:tcW w:w="8221" w:type="dxa"/>
            <w:tcMar>
              <w:top w:w="68" w:type="dxa"/>
              <w:left w:w="85" w:type="dxa"/>
              <w:bottom w:w="68" w:type="dxa"/>
              <w:right w:w="85" w:type="dxa"/>
            </w:tcMar>
            <w:vAlign w:val="center"/>
          </w:tcPr>
          <w:p w14:paraId="30C57021" w14:textId="77777777" w:rsidR="000B04E5" w:rsidRDefault="000B04E5">
            <w:pPr>
              <w:spacing w:after="0" w:line="240" w:lineRule="auto"/>
            </w:pPr>
          </w:p>
        </w:tc>
      </w:tr>
    </w:tbl>
    <w:p w14:paraId="56F3C175" w14:textId="77777777" w:rsidR="00957D36" w:rsidRPr="00D56348" w:rsidRDefault="00957D36">
      <w:pPr>
        <w:spacing w:after="60" w:line="240" w:lineRule="auto"/>
      </w:pPr>
    </w:p>
    <w:tbl>
      <w:tblPr>
        <w:tblW w:w="0" w:type="auto"/>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1984"/>
        <w:gridCol w:w="8221"/>
      </w:tblGrid>
      <w:tr w:rsidR="00957D36" w14:paraId="70E5C218" w14:textId="77777777">
        <w:trPr>
          <w:trHeight w:hRule="exact" w:val="1134"/>
          <w:jc w:val="center"/>
        </w:trPr>
        <w:tc>
          <w:tcPr>
            <w:tcW w:w="1984" w:type="dxa"/>
            <w:shd w:val="clear" w:color="auto" w:fill="F2F2F2"/>
            <w:tcMar>
              <w:top w:w="68" w:type="dxa"/>
              <w:left w:w="85" w:type="dxa"/>
              <w:bottom w:w="68" w:type="dxa"/>
              <w:right w:w="85" w:type="dxa"/>
            </w:tcMar>
            <w:vAlign w:val="center"/>
          </w:tcPr>
          <w:p w14:paraId="27559CDF" w14:textId="77777777" w:rsidR="000B04E5" w:rsidRDefault="00393E03">
            <w:pPr>
              <w:spacing w:after="0" w:line="240" w:lineRule="auto"/>
              <w:jc w:val="center"/>
              <w:rPr>
                <w:rFonts w:eastAsiaTheme="minorEastAsia" w:hint="eastAsia"/>
                <w:b/>
                <w:sz w:val="17"/>
                <w:lang w:eastAsia="ja-JP"/>
              </w:rPr>
            </w:pPr>
            <w:r>
              <w:rPr>
                <w:b/>
                <w:sz w:val="17"/>
                <w:lang w:eastAsia="ja-JP"/>
              </w:rPr>
              <w:t>活動に活かせる</w:t>
            </w:r>
          </w:p>
          <w:p w14:paraId="60518988" w14:textId="1A6FEF5B" w:rsidR="00957D36" w:rsidRDefault="00393E03">
            <w:pPr>
              <w:spacing w:after="0" w:line="240" w:lineRule="auto"/>
              <w:jc w:val="center"/>
              <w:rPr>
                <w:lang w:eastAsia="ja-JP"/>
              </w:rPr>
            </w:pPr>
            <w:r>
              <w:rPr>
                <w:b/>
                <w:sz w:val="17"/>
                <w:lang w:eastAsia="ja-JP"/>
              </w:rPr>
              <w:t>知識・経験・技能</w:t>
            </w:r>
          </w:p>
        </w:tc>
        <w:tc>
          <w:tcPr>
            <w:tcW w:w="8221" w:type="dxa"/>
            <w:tcMar>
              <w:top w:w="68" w:type="dxa"/>
              <w:left w:w="85" w:type="dxa"/>
              <w:bottom w:w="68" w:type="dxa"/>
              <w:right w:w="85" w:type="dxa"/>
            </w:tcMar>
            <w:vAlign w:val="center"/>
          </w:tcPr>
          <w:p w14:paraId="3316130E" w14:textId="77777777" w:rsidR="00957D36" w:rsidRDefault="00957D36">
            <w:pPr>
              <w:spacing w:after="0" w:line="240" w:lineRule="auto"/>
              <w:rPr>
                <w:lang w:eastAsia="ja-JP"/>
              </w:rPr>
            </w:pPr>
          </w:p>
        </w:tc>
      </w:tr>
    </w:tbl>
    <w:p w14:paraId="395413E5" w14:textId="77777777" w:rsidR="00957D36" w:rsidRPr="00D56348" w:rsidRDefault="00957D36">
      <w:pPr>
        <w:spacing w:after="60" w:line="240" w:lineRule="auto"/>
        <w:rPr>
          <w:lang w:eastAsia="ja-JP"/>
        </w:rPr>
      </w:pPr>
    </w:p>
    <w:tbl>
      <w:tblPr>
        <w:tblW w:w="0" w:type="auto"/>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1984"/>
        <w:gridCol w:w="8221"/>
      </w:tblGrid>
      <w:tr w:rsidR="00957D36" w14:paraId="76FE0CD8" w14:textId="77777777" w:rsidTr="000B04E5">
        <w:trPr>
          <w:trHeight w:hRule="exact" w:val="340"/>
          <w:jc w:val="center"/>
        </w:trPr>
        <w:tc>
          <w:tcPr>
            <w:tcW w:w="1984" w:type="dxa"/>
            <w:shd w:val="clear" w:color="auto" w:fill="F2F2F2"/>
            <w:tcMar>
              <w:top w:w="68" w:type="dxa"/>
              <w:left w:w="85" w:type="dxa"/>
              <w:bottom w:w="68" w:type="dxa"/>
              <w:right w:w="85" w:type="dxa"/>
            </w:tcMar>
            <w:vAlign w:val="center"/>
          </w:tcPr>
          <w:p w14:paraId="698C17B9" w14:textId="77777777" w:rsidR="00957D36" w:rsidRDefault="00393E03">
            <w:pPr>
              <w:spacing w:after="0" w:line="240" w:lineRule="auto"/>
              <w:jc w:val="center"/>
            </w:pPr>
            <w:r>
              <w:rPr>
                <w:b/>
                <w:sz w:val="18"/>
              </w:rPr>
              <w:t>年　月</w:t>
            </w:r>
          </w:p>
        </w:tc>
        <w:tc>
          <w:tcPr>
            <w:tcW w:w="8221" w:type="dxa"/>
            <w:shd w:val="clear" w:color="auto" w:fill="F2F2F2"/>
            <w:tcMar>
              <w:top w:w="68" w:type="dxa"/>
              <w:left w:w="85" w:type="dxa"/>
              <w:bottom w:w="68" w:type="dxa"/>
              <w:right w:w="85" w:type="dxa"/>
            </w:tcMar>
            <w:vAlign w:val="center"/>
          </w:tcPr>
          <w:p w14:paraId="3E7704C0" w14:textId="77777777" w:rsidR="00957D36" w:rsidRDefault="00393E03">
            <w:pPr>
              <w:spacing w:after="0" w:line="240" w:lineRule="auto"/>
              <w:jc w:val="center"/>
            </w:pPr>
            <w:r>
              <w:rPr>
                <w:b/>
                <w:sz w:val="19"/>
              </w:rPr>
              <w:t>学歴・職歴</w:t>
            </w:r>
          </w:p>
        </w:tc>
      </w:tr>
      <w:tr w:rsidR="00957D36" w14:paraId="3912634D" w14:textId="77777777" w:rsidTr="00D56348">
        <w:trPr>
          <w:trHeight w:hRule="exact" w:val="283"/>
          <w:jc w:val="center"/>
        </w:trPr>
        <w:tc>
          <w:tcPr>
            <w:tcW w:w="1984" w:type="dxa"/>
            <w:tcMar>
              <w:top w:w="68" w:type="dxa"/>
              <w:left w:w="85" w:type="dxa"/>
              <w:bottom w:w="68" w:type="dxa"/>
              <w:right w:w="85" w:type="dxa"/>
            </w:tcMar>
            <w:vAlign w:val="center"/>
          </w:tcPr>
          <w:p w14:paraId="0B3FA52C" w14:textId="77777777" w:rsidR="00957D36" w:rsidRDefault="00957D36">
            <w:pPr>
              <w:spacing w:after="0" w:line="240" w:lineRule="auto"/>
            </w:pPr>
          </w:p>
        </w:tc>
        <w:tc>
          <w:tcPr>
            <w:tcW w:w="8221" w:type="dxa"/>
            <w:tcMar>
              <w:top w:w="68" w:type="dxa"/>
              <w:left w:w="85" w:type="dxa"/>
              <w:bottom w:w="68" w:type="dxa"/>
              <w:right w:w="85" w:type="dxa"/>
            </w:tcMar>
            <w:vAlign w:val="center"/>
          </w:tcPr>
          <w:p w14:paraId="23B02F46" w14:textId="77777777" w:rsidR="00957D36" w:rsidRDefault="00957D36">
            <w:pPr>
              <w:spacing w:after="0" w:line="240" w:lineRule="auto"/>
            </w:pPr>
          </w:p>
        </w:tc>
      </w:tr>
      <w:tr w:rsidR="000B04E5" w14:paraId="2F2BC839" w14:textId="77777777" w:rsidTr="00D56348">
        <w:trPr>
          <w:trHeight w:hRule="exact" w:val="283"/>
          <w:jc w:val="center"/>
        </w:trPr>
        <w:tc>
          <w:tcPr>
            <w:tcW w:w="1984" w:type="dxa"/>
            <w:tcMar>
              <w:top w:w="68" w:type="dxa"/>
              <w:left w:w="85" w:type="dxa"/>
              <w:bottom w:w="68" w:type="dxa"/>
              <w:right w:w="85" w:type="dxa"/>
            </w:tcMar>
            <w:vAlign w:val="center"/>
          </w:tcPr>
          <w:p w14:paraId="3C341984" w14:textId="77777777" w:rsidR="000B04E5" w:rsidRDefault="000B04E5">
            <w:pPr>
              <w:spacing w:after="0" w:line="240" w:lineRule="auto"/>
            </w:pPr>
          </w:p>
        </w:tc>
        <w:tc>
          <w:tcPr>
            <w:tcW w:w="8221" w:type="dxa"/>
            <w:tcMar>
              <w:top w:w="68" w:type="dxa"/>
              <w:left w:w="85" w:type="dxa"/>
              <w:bottom w:w="68" w:type="dxa"/>
              <w:right w:w="85" w:type="dxa"/>
            </w:tcMar>
            <w:vAlign w:val="center"/>
          </w:tcPr>
          <w:p w14:paraId="35C3AF60" w14:textId="77777777" w:rsidR="000B04E5" w:rsidRDefault="000B04E5">
            <w:pPr>
              <w:spacing w:after="0" w:line="240" w:lineRule="auto"/>
            </w:pPr>
          </w:p>
        </w:tc>
      </w:tr>
      <w:tr w:rsidR="000B04E5" w14:paraId="720CCCB2" w14:textId="77777777" w:rsidTr="00D56348">
        <w:trPr>
          <w:trHeight w:hRule="exact" w:val="283"/>
          <w:jc w:val="center"/>
        </w:trPr>
        <w:tc>
          <w:tcPr>
            <w:tcW w:w="1984" w:type="dxa"/>
            <w:tcMar>
              <w:top w:w="68" w:type="dxa"/>
              <w:left w:w="85" w:type="dxa"/>
              <w:bottom w:w="68" w:type="dxa"/>
              <w:right w:w="85" w:type="dxa"/>
            </w:tcMar>
            <w:vAlign w:val="center"/>
          </w:tcPr>
          <w:p w14:paraId="483EFBCD" w14:textId="77777777" w:rsidR="000B04E5" w:rsidRDefault="000B04E5">
            <w:pPr>
              <w:spacing w:after="0" w:line="240" w:lineRule="auto"/>
            </w:pPr>
          </w:p>
        </w:tc>
        <w:tc>
          <w:tcPr>
            <w:tcW w:w="8221" w:type="dxa"/>
            <w:tcMar>
              <w:top w:w="68" w:type="dxa"/>
              <w:left w:w="85" w:type="dxa"/>
              <w:bottom w:w="68" w:type="dxa"/>
              <w:right w:w="85" w:type="dxa"/>
            </w:tcMar>
            <w:vAlign w:val="center"/>
          </w:tcPr>
          <w:p w14:paraId="334ED34C" w14:textId="77777777" w:rsidR="000B04E5" w:rsidRDefault="000B04E5">
            <w:pPr>
              <w:spacing w:after="0" w:line="240" w:lineRule="auto"/>
            </w:pPr>
          </w:p>
        </w:tc>
      </w:tr>
      <w:tr w:rsidR="00957D36" w14:paraId="76B51416" w14:textId="77777777" w:rsidTr="00D56348">
        <w:trPr>
          <w:trHeight w:hRule="exact" w:val="283"/>
          <w:jc w:val="center"/>
        </w:trPr>
        <w:tc>
          <w:tcPr>
            <w:tcW w:w="1984" w:type="dxa"/>
            <w:tcMar>
              <w:top w:w="68" w:type="dxa"/>
              <w:left w:w="85" w:type="dxa"/>
              <w:bottom w:w="68" w:type="dxa"/>
              <w:right w:w="85" w:type="dxa"/>
            </w:tcMar>
            <w:vAlign w:val="center"/>
          </w:tcPr>
          <w:p w14:paraId="117856C5" w14:textId="77777777" w:rsidR="00957D36" w:rsidRDefault="00957D36">
            <w:pPr>
              <w:spacing w:after="0" w:line="240" w:lineRule="auto"/>
            </w:pPr>
          </w:p>
        </w:tc>
        <w:tc>
          <w:tcPr>
            <w:tcW w:w="8221" w:type="dxa"/>
            <w:tcMar>
              <w:top w:w="68" w:type="dxa"/>
              <w:left w:w="85" w:type="dxa"/>
              <w:bottom w:w="68" w:type="dxa"/>
              <w:right w:w="85" w:type="dxa"/>
            </w:tcMar>
            <w:vAlign w:val="center"/>
          </w:tcPr>
          <w:p w14:paraId="50A57638" w14:textId="77777777" w:rsidR="00957D36" w:rsidRDefault="00957D36">
            <w:pPr>
              <w:spacing w:after="0" w:line="240" w:lineRule="auto"/>
            </w:pPr>
          </w:p>
        </w:tc>
      </w:tr>
      <w:tr w:rsidR="00957D36" w14:paraId="304C6A5D" w14:textId="77777777" w:rsidTr="00D56348">
        <w:trPr>
          <w:trHeight w:hRule="exact" w:val="283"/>
          <w:jc w:val="center"/>
        </w:trPr>
        <w:tc>
          <w:tcPr>
            <w:tcW w:w="1984" w:type="dxa"/>
            <w:tcMar>
              <w:top w:w="68" w:type="dxa"/>
              <w:left w:w="85" w:type="dxa"/>
              <w:bottom w:w="68" w:type="dxa"/>
              <w:right w:w="85" w:type="dxa"/>
            </w:tcMar>
            <w:vAlign w:val="center"/>
          </w:tcPr>
          <w:p w14:paraId="1BD096B7" w14:textId="77777777" w:rsidR="00957D36" w:rsidRDefault="00957D36">
            <w:pPr>
              <w:spacing w:after="0" w:line="240" w:lineRule="auto"/>
            </w:pPr>
          </w:p>
        </w:tc>
        <w:tc>
          <w:tcPr>
            <w:tcW w:w="8221" w:type="dxa"/>
            <w:tcMar>
              <w:top w:w="68" w:type="dxa"/>
              <w:left w:w="85" w:type="dxa"/>
              <w:bottom w:w="68" w:type="dxa"/>
              <w:right w:w="85" w:type="dxa"/>
            </w:tcMar>
            <w:vAlign w:val="center"/>
          </w:tcPr>
          <w:p w14:paraId="2C32B4BC" w14:textId="77777777" w:rsidR="00957D36" w:rsidRDefault="00957D36">
            <w:pPr>
              <w:spacing w:after="0" w:line="240" w:lineRule="auto"/>
            </w:pPr>
          </w:p>
        </w:tc>
      </w:tr>
    </w:tbl>
    <w:p w14:paraId="7F2D9060" w14:textId="33A5D297" w:rsidR="00957D36" w:rsidRPr="00D56348" w:rsidRDefault="00957D36">
      <w:pPr>
        <w:spacing w:after="120"/>
        <w:rPr>
          <w:lang w:eastAsia="ja-JP"/>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0206"/>
      </w:tblGrid>
      <w:tr w:rsidR="00957D36" w14:paraId="72F31633" w14:textId="77777777">
        <w:trPr>
          <w:jc w:val="center"/>
        </w:trPr>
        <w:tc>
          <w:tcPr>
            <w:tcW w:w="10206" w:type="dxa"/>
            <w:tcMar>
              <w:top w:w="68" w:type="dxa"/>
              <w:left w:w="85" w:type="dxa"/>
              <w:bottom w:w="68" w:type="dxa"/>
              <w:right w:w="85" w:type="dxa"/>
            </w:tcMar>
            <w:vAlign w:val="center"/>
          </w:tcPr>
          <w:p w14:paraId="1208B421" w14:textId="77777777" w:rsidR="00957D36" w:rsidRDefault="00393E03">
            <w:pPr>
              <w:spacing w:after="0" w:line="240" w:lineRule="auto"/>
              <w:rPr>
                <w:lang w:eastAsia="ja-JP"/>
              </w:rPr>
            </w:pPr>
            <w:r>
              <w:rPr>
                <w:b/>
                <w:sz w:val="21"/>
                <w:lang w:eastAsia="ja-JP"/>
              </w:rPr>
              <w:t>1　応募の動機を記入してください。（なぜ川場村の地域おこし協力隊を志望したのか）</w:t>
            </w:r>
          </w:p>
        </w:tc>
      </w:tr>
      <w:tr w:rsidR="00957D36" w14:paraId="222F27B9" w14:textId="77777777">
        <w:trPr>
          <w:trHeight w:hRule="exact" w:val="1814"/>
          <w:jc w:val="center"/>
        </w:trPr>
        <w:tc>
          <w:tcPr>
            <w:tcW w:w="10206" w:type="dxa"/>
            <w:tcMar>
              <w:top w:w="68" w:type="dxa"/>
              <w:left w:w="85" w:type="dxa"/>
              <w:bottom w:w="68" w:type="dxa"/>
              <w:right w:w="85" w:type="dxa"/>
            </w:tcMar>
            <w:vAlign w:val="center"/>
          </w:tcPr>
          <w:p w14:paraId="72A795EA" w14:textId="77777777" w:rsidR="00957D36" w:rsidRDefault="00957D36">
            <w:pPr>
              <w:spacing w:after="0" w:line="240" w:lineRule="auto"/>
              <w:rPr>
                <w:lang w:eastAsia="ja-JP"/>
              </w:rPr>
            </w:pPr>
          </w:p>
        </w:tc>
      </w:tr>
    </w:tbl>
    <w:p w14:paraId="0613A579" w14:textId="77777777" w:rsidR="00957D36" w:rsidRDefault="00957D36">
      <w:pPr>
        <w:spacing w:after="100" w:line="240" w:lineRule="auto"/>
        <w:rPr>
          <w:lang w:eastAsia="ja-JP"/>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0206"/>
      </w:tblGrid>
      <w:tr w:rsidR="00957D36" w14:paraId="6B5FF428" w14:textId="77777777">
        <w:trPr>
          <w:jc w:val="center"/>
        </w:trPr>
        <w:tc>
          <w:tcPr>
            <w:tcW w:w="10206" w:type="dxa"/>
            <w:tcMar>
              <w:top w:w="68" w:type="dxa"/>
              <w:left w:w="85" w:type="dxa"/>
              <w:bottom w:w="68" w:type="dxa"/>
              <w:right w:w="85" w:type="dxa"/>
            </w:tcMar>
            <w:vAlign w:val="center"/>
          </w:tcPr>
          <w:p w14:paraId="3ABFCE73" w14:textId="77777777" w:rsidR="00957D36" w:rsidRDefault="00393E03">
            <w:pPr>
              <w:spacing w:after="0" w:line="240" w:lineRule="auto"/>
              <w:rPr>
                <w:lang w:eastAsia="ja-JP"/>
              </w:rPr>
            </w:pPr>
            <w:r>
              <w:rPr>
                <w:b/>
                <w:sz w:val="21"/>
                <w:lang w:eastAsia="ja-JP"/>
              </w:rPr>
              <w:t>2　希望する職種で、これまでの経験や得意分野をどのように活かしたいですか。</w:t>
            </w:r>
          </w:p>
        </w:tc>
      </w:tr>
      <w:tr w:rsidR="00957D36" w14:paraId="71555976" w14:textId="77777777">
        <w:trPr>
          <w:trHeight w:hRule="exact" w:val="1701"/>
          <w:jc w:val="center"/>
        </w:trPr>
        <w:tc>
          <w:tcPr>
            <w:tcW w:w="10206" w:type="dxa"/>
            <w:tcMar>
              <w:top w:w="68" w:type="dxa"/>
              <w:left w:w="85" w:type="dxa"/>
              <w:bottom w:w="68" w:type="dxa"/>
              <w:right w:w="85" w:type="dxa"/>
            </w:tcMar>
            <w:vAlign w:val="center"/>
          </w:tcPr>
          <w:p w14:paraId="5B268F53" w14:textId="77777777" w:rsidR="00957D36" w:rsidRDefault="00957D36">
            <w:pPr>
              <w:spacing w:after="0" w:line="240" w:lineRule="auto"/>
              <w:rPr>
                <w:lang w:eastAsia="ja-JP"/>
              </w:rPr>
            </w:pPr>
          </w:p>
        </w:tc>
      </w:tr>
    </w:tbl>
    <w:p w14:paraId="7255FCCC" w14:textId="77777777" w:rsidR="00957D36" w:rsidRDefault="00957D36">
      <w:pPr>
        <w:spacing w:after="100" w:line="240" w:lineRule="auto"/>
        <w:rPr>
          <w:lang w:eastAsia="ja-JP"/>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0206"/>
      </w:tblGrid>
      <w:tr w:rsidR="00957D36" w14:paraId="3724A96E" w14:textId="77777777">
        <w:trPr>
          <w:jc w:val="center"/>
        </w:trPr>
        <w:tc>
          <w:tcPr>
            <w:tcW w:w="10206" w:type="dxa"/>
            <w:tcMar>
              <w:top w:w="68" w:type="dxa"/>
              <w:left w:w="85" w:type="dxa"/>
              <w:bottom w:w="68" w:type="dxa"/>
              <w:right w:w="85" w:type="dxa"/>
            </w:tcMar>
            <w:vAlign w:val="center"/>
          </w:tcPr>
          <w:p w14:paraId="67D024E7" w14:textId="77777777" w:rsidR="00957D36" w:rsidRDefault="00393E03">
            <w:pPr>
              <w:spacing w:after="0" w:line="240" w:lineRule="auto"/>
              <w:rPr>
                <w:lang w:eastAsia="ja-JP"/>
              </w:rPr>
            </w:pPr>
            <w:r>
              <w:rPr>
                <w:b/>
                <w:sz w:val="21"/>
                <w:lang w:eastAsia="ja-JP"/>
              </w:rPr>
              <w:t>3　川場村を訪れたことはありますか。また、川場村について知っていること・関心のあることを記入してください。</w:t>
            </w:r>
          </w:p>
        </w:tc>
      </w:tr>
      <w:tr w:rsidR="00957D36" w14:paraId="415E4EE6" w14:textId="77777777">
        <w:trPr>
          <w:trHeight w:hRule="exact" w:val="1587"/>
          <w:jc w:val="center"/>
        </w:trPr>
        <w:tc>
          <w:tcPr>
            <w:tcW w:w="10206" w:type="dxa"/>
            <w:tcMar>
              <w:top w:w="68" w:type="dxa"/>
              <w:left w:w="85" w:type="dxa"/>
              <w:bottom w:w="68" w:type="dxa"/>
              <w:right w:w="85" w:type="dxa"/>
            </w:tcMar>
            <w:vAlign w:val="center"/>
          </w:tcPr>
          <w:p w14:paraId="1484AFF0" w14:textId="77777777" w:rsidR="00957D36" w:rsidRDefault="00957D36">
            <w:pPr>
              <w:spacing w:after="0" w:line="240" w:lineRule="auto"/>
              <w:rPr>
                <w:lang w:eastAsia="ja-JP"/>
              </w:rPr>
            </w:pPr>
          </w:p>
        </w:tc>
      </w:tr>
    </w:tbl>
    <w:p w14:paraId="5A0596AF" w14:textId="77777777" w:rsidR="00957D36" w:rsidRDefault="00957D36">
      <w:pPr>
        <w:spacing w:after="100" w:line="240" w:lineRule="auto"/>
        <w:rPr>
          <w:lang w:eastAsia="ja-JP"/>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0206"/>
      </w:tblGrid>
      <w:tr w:rsidR="00957D36" w14:paraId="7EDF4E8E" w14:textId="77777777">
        <w:trPr>
          <w:jc w:val="center"/>
        </w:trPr>
        <w:tc>
          <w:tcPr>
            <w:tcW w:w="10206" w:type="dxa"/>
            <w:tcMar>
              <w:top w:w="68" w:type="dxa"/>
              <w:left w:w="85" w:type="dxa"/>
              <w:bottom w:w="68" w:type="dxa"/>
              <w:right w:w="85" w:type="dxa"/>
            </w:tcMar>
            <w:vAlign w:val="center"/>
          </w:tcPr>
          <w:p w14:paraId="23729C34" w14:textId="77777777" w:rsidR="00957D36" w:rsidRDefault="00393E03">
            <w:pPr>
              <w:spacing w:after="0" w:line="240" w:lineRule="auto"/>
              <w:rPr>
                <w:lang w:eastAsia="ja-JP"/>
              </w:rPr>
            </w:pPr>
            <w:r>
              <w:rPr>
                <w:b/>
                <w:sz w:val="21"/>
                <w:lang w:eastAsia="ja-JP"/>
              </w:rPr>
              <w:t>4　任期中に取り組みたいこと、任期終了後の定住・就業・起業等について、現時点での考えを記入してください。</w:t>
            </w:r>
          </w:p>
        </w:tc>
      </w:tr>
      <w:tr w:rsidR="00957D36" w14:paraId="364FFFF2" w14:textId="77777777">
        <w:trPr>
          <w:trHeight w:hRule="exact" w:val="1814"/>
          <w:jc w:val="center"/>
        </w:trPr>
        <w:tc>
          <w:tcPr>
            <w:tcW w:w="10206" w:type="dxa"/>
            <w:tcMar>
              <w:top w:w="68" w:type="dxa"/>
              <w:left w:w="85" w:type="dxa"/>
              <w:bottom w:w="68" w:type="dxa"/>
              <w:right w:w="85" w:type="dxa"/>
            </w:tcMar>
            <w:vAlign w:val="center"/>
          </w:tcPr>
          <w:p w14:paraId="57D58B5B" w14:textId="77777777" w:rsidR="00957D36" w:rsidRDefault="00957D36">
            <w:pPr>
              <w:spacing w:after="0" w:line="240" w:lineRule="auto"/>
              <w:rPr>
                <w:lang w:eastAsia="ja-JP"/>
              </w:rPr>
            </w:pPr>
          </w:p>
        </w:tc>
      </w:tr>
    </w:tbl>
    <w:p w14:paraId="361AB13E" w14:textId="77777777" w:rsidR="00957D36" w:rsidRDefault="00957D36">
      <w:pPr>
        <w:spacing w:after="100" w:line="240" w:lineRule="auto"/>
        <w:rPr>
          <w:lang w:eastAsia="ja-JP"/>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0206"/>
      </w:tblGrid>
      <w:tr w:rsidR="00957D36" w14:paraId="7B33C20A" w14:textId="77777777">
        <w:trPr>
          <w:jc w:val="center"/>
        </w:trPr>
        <w:tc>
          <w:tcPr>
            <w:tcW w:w="10206" w:type="dxa"/>
            <w:tcMar>
              <w:top w:w="68" w:type="dxa"/>
              <w:left w:w="85" w:type="dxa"/>
              <w:bottom w:w="68" w:type="dxa"/>
              <w:right w:w="85" w:type="dxa"/>
            </w:tcMar>
            <w:vAlign w:val="center"/>
          </w:tcPr>
          <w:p w14:paraId="390E788E" w14:textId="77777777" w:rsidR="00957D36" w:rsidRDefault="00393E03">
            <w:pPr>
              <w:spacing w:after="0" w:line="240" w:lineRule="auto"/>
              <w:rPr>
                <w:lang w:eastAsia="ja-JP"/>
              </w:rPr>
            </w:pPr>
            <w:r>
              <w:rPr>
                <w:b/>
                <w:sz w:val="21"/>
                <w:lang w:eastAsia="ja-JP"/>
              </w:rPr>
              <w:t>5　その他、自己PRや地域おこし協力隊の活動に関する質問等があれば記入してください。</w:t>
            </w:r>
          </w:p>
        </w:tc>
      </w:tr>
      <w:tr w:rsidR="00957D36" w14:paraId="444B2DF5" w14:textId="77777777">
        <w:trPr>
          <w:trHeight w:hRule="exact" w:val="1360"/>
          <w:jc w:val="center"/>
        </w:trPr>
        <w:tc>
          <w:tcPr>
            <w:tcW w:w="10206" w:type="dxa"/>
            <w:tcMar>
              <w:top w:w="68" w:type="dxa"/>
              <w:left w:w="85" w:type="dxa"/>
              <w:bottom w:w="68" w:type="dxa"/>
              <w:right w:w="85" w:type="dxa"/>
            </w:tcMar>
            <w:vAlign w:val="center"/>
          </w:tcPr>
          <w:p w14:paraId="0BA7ED67" w14:textId="77777777" w:rsidR="00957D36" w:rsidRDefault="00957D36">
            <w:pPr>
              <w:spacing w:after="0" w:line="240" w:lineRule="auto"/>
              <w:rPr>
                <w:lang w:eastAsia="ja-JP"/>
              </w:rPr>
            </w:pPr>
          </w:p>
        </w:tc>
      </w:tr>
    </w:tbl>
    <w:p w14:paraId="132EE9EC" w14:textId="77777777" w:rsidR="00957D36" w:rsidRDefault="00957D36">
      <w:pPr>
        <w:spacing w:after="140" w:line="240" w:lineRule="auto"/>
        <w:rPr>
          <w:lang w:eastAsia="ja-JP"/>
        </w:rPr>
      </w:pPr>
    </w:p>
    <w:p w14:paraId="09D0B504" w14:textId="77777777" w:rsidR="00957D36" w:rsidRDefault="00393E03">
      <w:pPr>
        <w:spacing w:after="60"/>
        <w:rPr>
          <w:lang w:eastAsia="ja-JP"/>
        </w:rPr>
      </w:pPr>
      <w:r>
        <w:rPr>
          <w:b/>
          <w:sz w:val="19"/>
          <w:lang w:eastAsia="ja-JP"/>
        </w:rPr>
        <w:t>※ 本募集を何で知りましたか（複数選択可）</w:t>
      </w:r>
    </w:p>
    <w:p w14:paraId="26BD095C" w14:textId="77777777" w:rsidR="00957D36" w:rsidRDefault="00393E03">
      <w:pPr>
        <w:spacing w:after="40"/>
        <w:rPr>
          <w:lang w:eastAsia="ja-JP"/>
        </w:rPr>
      </w:pPr>
      <w:r>
        <w:rPr>
          <w:sz w:val="18"/>
          <w:lang w:eastAsia="ja-JP"/>
        </w:rPr>
        <w:t>□ 川場村ホームページ　　□ JOIN　　□ ツナグンマ　　□ SNS　　□ その他（　　　　　　　　　　　　　　）</w:t>
      </w:r>
    </w:p>
    <w:p w14:paraId="3D1CDD06" w14:textId="77777777" w:rsidR="00957D36" w:rsidRDefault="00393E03">
      <w:pPr>
        <w:spacing w:before="80" w:after="0"/>
        <w:rPr>
          <w:lang w:eastAsia="ja-JP"/>
        </w:rPr>
      </w:pPr>
      <w:r>
        <w:rPr>
          <w:sz w:val="17"/>
          <w:lang w:eastAsia="ja-JP"/>
        </w:rPr>
        <w:t>※ メールアドレスは選考結果の通知先です。必ず受信できるアドレスを記入してください。</w:t>
      </w:r>
    </w:p>
    <w:sectPr w:rsidR="00957D36" w:rsidSect="00034616">
      <w:footerReference w:type="default" r:id="rId8"/>
      <w:pgSz w:w="11906" w:h="16838"/>
      <w:pgMar w:top="680" w:right="794" w:bottom="680" w:left="79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86FED" w14:textId="77777777" w:rsidR="006904D4" w:rsidRDefault="006904D4">
      <w:pPr>
        <w:spacing w:after="0" w:line="240" w:lineRule="auto"/>
      </w:pPr>
      <w:r>
        <w:separator/>
      </w:r>
    </w:p>
  </w:endnote>
  <w:endnote w:type="continuationSeparator" w:id="0">
    <w:p w14:paraId="03AE0CD6" w14:textId="77777777" w:rsidR="006904D4" w:rsidRDefault="006904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Noto Serif CJK JP">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AB614" w14:textId="29EF0B75" w:rsidR="00957D36" w:rsidRPr="00E91924" w:rsidRDefault="00393E03">
    <w:pPr>
      <w:pStyle w:val="a7"/>
      <w:jc w:val="center"/>
      <w:rPr>
        <w:rFonts w:eastAsiaTheme="minorEastAsia" w:hint="eastAsia"/>
        <w:lang w:eastAsia="ja-JP"/>
      </w:rPr>
    </w:pPr>
    <w:r>
      <w:rPr>
        <w:sz w:val="15"/>
        <w:lang w:eastAsia="ja-JP"/>
      </w:rPr>
      <w:t>川場村地域おこし協力隊　応募申込書兼履歴書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64A151" w14:textId="77777777" w:rsidR="006904D4" w:rsidRDefault="006904D4">
      <w:pPr>
        <w:spacing w:after="0" w:line="240" w:lineRule="auto"/>
      </w:pPr>
      <w:r>
        <w:separator/>
      </w:r>
    </w:p>
  </w:footnote>
  <w:footnote w:type="continuationSeparator" w:id="0">
    <w:p w14:paraId="421957AF" w14:textId="77777777" w:rsidR="006904D4" w:rsidRDefault="006904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04E5"/>
    <w:rsid w:val="0015074B"/>
    <w:rsid w:val="001E371F"/>
    <w:rsid w:val="00294777"/>
    <w:rsid w:val="0029639D"/>
    <w:rsid w:val="00326F90"/>
    <w:rsid w:val="00393E03"/>
    <w:rsid w:val="003F34B0"/>
    <w:rsid w:val="004860D2"/>
    <w:rsid w:val="00572E04"/>
    <w:rsid w:val="006904D4"/>
    <w:rsid w:val="00957D36"/>
    <w:rsid w:val="00AA1D8D"/>
    <w:rsid w:val="00B47730"/>
    <w:rsid w:val="00B653C7"/>
    <w:rsid w:val="00CB0664"/>
    <w:rsid w:val="00D56348"/>
    <w:rsid w:val="00E91924"/>
    <w:rsid w:val="00E94A4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14BA0059"/>
  <w14:defaultImageDpi w14:val="300"/>
  <w15:docId w15:val="{5C2A69C3-B1B8-4C03-B5CC-2F3E6C4EC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Noto Serif CJK JP" w:eastAsia="Noto Serif CJK JP" w:hAnsi="Noto Serif CJK JP"/>
      <w:sz w:val="20"/>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2</Pages>
  <Words>116</Words>
  <Characters>663</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川場村地域おこし協力隊 応募用紙・履歴書（参考様式）</vt:lpstr>
      <vt:lpstr/>
    </vt:vector>
  </TitlesOfParts>
  <Manager/>
  <Company/>
  <LinksUpToDate>false</LinksUpToDate>
  <CharactersWithSpaces>778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川場村地域おこし協力隊 応募用紙・履歴書（参考様式）</dc:title>
  <dc:subject>地域おこし協力隊応募用参考様式</dc:subject>
  <dc:creator>川場村</dc:creator>
  <cp:keywords/>
  <dc:description>generated by python-docx</dc:description>
  <cp:lastModifiedBy>小林 伸寛 </cp:lastModifiedBy>
  <cp:revision>6</cp:revision>
  <dcterms:created xsi:type="dcterms:W3CDTF">2013-12-23T23:15:00Z</dcterms:created>
  <dcterms:modified xsi:type="dcterms:W3CDTF">2026-09-27T04:50:00Z</dcterms:modified>
  <cp:category/>
</cp:coreProperties>
</file>